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C880F" w14:textId="77777777" w:rsidR="003049A8" w:rsidRDefault="00000000" w:rsidP="00221151">
      <w:pPr>
        <w:pStyle w:val="Nadpis1"/>
        <w:jc w:val="center"/>
      </w:pPr>
      <w:r>
        <w:t xml:space="preserve">Formulár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odstúpenie</w:t>
      </w:r>
      <w:proofErr w:type="spellEnd"/>
      <w:r>
        <w:t xml:space="preserve"> od </w:t>
      </w:r>
      <w:proofErr w:type="spellStart"/>
      <w:r>
        <w:t>zmluvy</w:t>
      </w:r>
      <w:proofErr w:type="spellEnd"/>
    </w:p>
    <w:p w14:paraId="1745166E" w14:textId="77777777" w:rsidR="00221151" w:rsidRPr="00221151" w:rsidRDefault="00221151" w:rsidP="00221151"/>
    <w:p w14:paraId="00CC789A" w14:textId="77777777" w:rsidR="003049A8" w:rsidRDefault="00000000">
      <w:r>
        <w:t>Týmto oznamujem, že odstupujem od kúpnej zmluvy uzatvorenej prostredníctvom internetového obchodu prevádzkovaného spoločnosťou Wiky s.r.o.</w:t>
      </w:r>
      <w:r>
        <w:br/>
      </w:r>
    </w:p>
    <w:p w14:paraId="3F3B548F" w14:textId="77777777" w:rsidR="003049A8" w:rsidRDefault="00000000">
      <w:r>
        <w:t>Predávajúci:</w:t>
      </w:r>
      <w:r>
        <w:br/>
        <w:t>Wiky s.r.o.</w:t>
      </w:r>
      <w:r>
        <w:br/>
        <w:t>Bratislavská 905</w:t>
      </w:r>
      <w:r>
        <w:br/>
        <w:t>900 45 Malinovo</w:t>
      </w:r>
      <w:r>
        <w:br/>
        <w:t>IČO: 35795531</w:t>
      </w:r>
      <w:r>
        <w:br/>
      </w:r>
    </w:p>
    <w:p w14:paraId="6227B6A8" w14:textId="345EA0CD" w:rsidR="003049A8" w:rsidRDefault="00000000">
      <w:proofErr w:type="spellStart"/>
      <w:r>
        <w:t>Objednaný</w:t>
      </w:r>
      <w:proofErr w:type="spellEnd"/>
      <w:r>
        <w:t xml:space="preserve"> </w:t>
      </w:r>
      <w:proofErr w:type="spellStart"/>
      <w:r>
        <w:t>tovar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289745FE" w14:textId="47376D08" w:rsidR="003049A8" w:rsidRDefault="00000000">
      <w:proofErr w:type="spellStart"/>
      <w:r>
        <w:t>Číslo</w:t>
      </w:r>
      <w:proofErr w:type="spellEnd"/>
      <w:r>
        <w:t xml:space="preserve"> </w:t>
      </w:r>
      <w:proofErr w:type="spellStart"/>
      <w:r>
        <w:t>objednávky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4E64D785" w14:textId="2EECA309" w:rsidR="003049A8" w:rsidRDefault="00000000">
      <w:proofErr w:type="spellStart"/>
      <w:r>
        <w:t>Dátum</w:t>
      </w:r>
      <w:proofErr w:type="spellEnd"/>
      <w:r>
        <w:t xml:space="preserve"> </w:t>
      </w:r>
      <w:proofErr w:type="spellStart"/>
      <w:r>
        <w:t>objednania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0DACF6A4" w14:textId="150D0104" w:rsidR="003049A8" w:rsidRDefault="00000000">
      <w:proofErr w:type="spellStart"/>
      <w:r>
        <w:t>Dátum</w:t>
      </w:r>
      <w:proofErr w:type="spellEnd"/>
      <w:r>
        <w:t xml:space="preserve"> </w:t>
      </w:r>
      <w:proofErr w:type="spellStart"/>
      <w:r>
        <w:t>prevzatia</w:t>
      </w:r>
      <w:proofErr w:type="spellEnd"/>
      <w:r>
        <w:t xml:space="preserve"> </w:t>
      </w:r>
      <w:proofErr w:type="spellStart"/>
      <w:r>
        <w:t>tovaru</w:t>
      </w:r>
      <w:proofErr w:type="spellEnd"/>
      <w:r>
        <w:t>:</w:t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3F7EA594" w14:textId="6B6B78FA" w:rsidR="003049A8" w:rsidRDefault="00000000">
      <w:r>
        <w:t xml:space="preserve">Meno a </w:t>
      </w:r>
      <w:proofErr w:type="spellStart"/>
      <w:r>
        <w:t>priezvisko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>:</w:t>
      </w:r>
      <w:r w:rsidR="00221151">
        <w:tab/>
      </w:r>
      <w:r>
        <w:t>.........................................................</w:t>
      </w:r>
      <w:r>
        <w:br/>
      </w:r>
    </w:p>
    <w:p w14:paraId="78A2FAD9" w14:textId="4031F247" w:rsidR="003049A8" w:rsidRDefault="00000000">
      <w:proofErr w:type="spellStart"/>
      <w:r>
        <w:t>Adresa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1F7E601A" w14:textId="31DDEAE4" w:rsidR="003049A8" w:rsidRDefault="00000000">
      <w:r>
        <w:t xml:space="preserve">E-mail / </w:t>
      </w:r>
      <w:proofErr w:type="spellStart"/>
      <w:r>
        <w:t>telefón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4E39964B" w14:textId="77777777" w:rsidR="003049A8" w:rsidRDefault="00000000">
      <w:r>
        <w:t>Žiadam o vrátenie zaplatenej sumy rovnakým spôsobom, aký bol použitý pri platbe, pokiaľ sa nedohodneme inak.</w:t>
      </w:r>
      <w:r>
        <w:br/>
      </w:r>
    </w:p>
    <w:p w14:paraId="124794B7" w14:textId="0FE06A15" w:rsidR="003049A8" w:rsidRDefault="00000000">
      <w:proofErr w:type="spellStart"/>
      <w:r>
        <w:t>Dátum</w:t>
      </w:r>
      <w:proofErr w:type="spellEnd"/>
      <w:r>
        <w:t>:</w:t>
      </w:r>
      <w:r w:rsidR="00221151">
        <w:tab/>
      </w:r>
      <w:r w:rsidR="00221151">
        <w:tab/>
      </w:r>
      <w:r w:rsidR="00221151">
        <w:tab/>
      </w:r>
      <w:r w:rsidR="00221151">
        <w:tab/>
      </w:r>
      <w:r w:rsidR="00221151">
        <w:tab/>
      </w:r>
      <w:r>
        <w:t>.........................................................</w:t>
      </w:r>
      <w:r>
        <w:br/>
      </w:r>
    </w:p>
    <w:p w14:paraId="176344C5" w14:textId="77777777" w:rsidR="00221151" w:rsidRDefault="00000000">
      <w:r>
        <w:t xml:space="preserve">Podpis spotrebiteľa (iba ak sa formulár </w:t>
      </w:r>
      <w:proofErr w:type="spellStart"/>
      <w:r>
        <w:t>zasiela</w:t>
      </w:r>
      <w:proofErr w:type="spellEnd"/>
      <w:r>
        <w:t xml:space="preserve"> v </w:t>
      </w:r>
      <w:proofErr w:type="spellStart"/>
      <w:r>
        <w:t>listinnej</w:t>
      </w:r>
      <w:proofErr w:type="spellEnd"/>
      <w:r>
        <w:t xml:space="preserve"> </w:t>
      </w:r>
      <w:proofErr w:type="spellStart"/>
      <w:r>
        <w:t>podobe</w:t>
      </w:r>
      <w:proofErr w:type="spellEnd"/>
      <w:r>
        <w:t>):</w:t>
      </w:r>
      <w:r w:rsidR="00221151">
        <w:tab/>
      </w:r>
      <w:r w:rsidR="00221151">
        <w:tab/>
      </w:r>
    </w:p>
    <w:p w14:paraId="1FCEB2DE" w14:textId="77777777" w:rsidR="00221151" w:rsidRDefault="00221151"/>
    <w:p w14:paraId="5F20DF4F" w14:textId="5651EBC4" w:rsidR="003049A8" w:rsidRDefault="00000000" w:rsidP="00221151">
      <w:pPr>
        <w:ind w:left="2880" w:firstLine="720"/>
      </w:pPr>
      <w:r>
        <w:t>.........................................................</w:t>
      </w:r>
      <w:r>
        <w:br/>
      </w:r>
    </w:p>
    <w:sectPr w:rsidR="003049A8" w:rsidSect="00221151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6163680">
    <w:abstractNumId w:val="8"/>
  </w:num>
  <w:num w:numId="2" w16cid:durableId="1391609226">
    <w:abstractNumId w:val="6"/>
  </w:num>
  <w:num w:numId="3" w16cid:durableId="1477453001">
    <w:abstractNumId w:val="5"/>
  </w:num>
  <w:num w:numId="4" w16cid:durableId="1001738212">
    <w:abstractNumId w:val="4"/>
  </w:num>
  <w:num w:numId="5" w16cid:durableId="647322026">
    <w:abstractNumId w:val="7"/>
  </w:num>
  <w:num w:numId="6" w16cid:durableId="796142977">
    <w:abstractNumId w:val="3"/>
  </w:num>
  <w:num w:numId="7" w16cid:durableId="1308435389">
    <w:abstractNumId w:val="2"/>
  </w:num>
  <w:num w:numId="8" w16cid:durableId="68776958">
    <w:abstractNumId w:val="1"/>
  </w:num>
  <w:num w:numId="9" w16cid:durableId="1082340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1151"/>
    <w:rsid w:val="0029639D"/>
    <w:rsid w:val="003049A8"/>
    <w:rsid w:val="00326F90"/>
    <w:rsid w:val="00AA1D8D"/>
    <w:rsid w:val="00B47730"/>
    <w:rsid w:val="00CB0664"/>
    <w:rsid w:val="00FC693F"/>
    <w:rsid w:val="00FD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1D3FD"/>
  <w14:defaultImageDpi w14:val="300"/>
  <w15:docId w15:val="{8944E0EE-68AC-4706-8347-9135240D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Wiky Malinovo</cp:lastModifiedBy>
  <cp:revision>2</cp:revision>
  <dcterms:created xsi:type="dcterms:W3CDTF">2013-12-23T23:15:00Z</dcterms:created>
  <dcterms:modified xsi:type="dcterms:W3CDTF">2026-01-13T14:36:00Z</dcterms:modified>
  <cp:category/>
</cp:coreProperties>
</file>